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4D4BB" w14:textId="4F50B3F4" w:rsidR="00380504" w:rsidRPr="00AD67DC" w:rsidRDefault="00000000" w:rsidP="00EF4D8B">
      <w:pPr>
        <w:pStyle w:val="Tytu"/>
        <w:spacing w:after="0"/>
        <w:rPr>
          <w:rFonts w:ascii="Times New Roman" w:hAnsi="Times New Roman" w:cs="Times New Roman"/>
          <w:sz w:val="32"/>
          <w:szCs w:val="32"/>
          <w:lang w:val="pl-PL"/>
        </w:rPr>
      </w:pPr>
      <w:r w:rsidRPr="00AD67DC">
        <w:rPr>
          <w:rFonts w:ascii="Times New Roman" w:hAnsi="Times New Roman" w:cs="Times New Roman"/>
          <w:sz w:val="32"/>
          <w:szCs w:val="32"/>
          <w:lang w:val="pl-PL"/>
        </w:rPr>
        <w:t xml:space="preserve">Kwestionariusz </w:t>
      </w:r>
      <w:proofErr w:type="spellStart"/>
      <w:r w:rsidRPr="00AD67DC">
        <w:rPr>
          <w:rFonts w:ascii="Times New Roman" w:hAnsi="Times New Roman" w:cs="Times New Roman"/>
          <w:sz w:val="32"/>
          <w:szCs w:val="32"/>
          <w:lang w:val="pl-PL"/>
        </w:rPr>
        <w:t>WNiWK</w:t>
      </w:r>
      <w:proofErr w:type="spellEnd"/>
      <w:r w:rsidRPr="00AD67DC">
        <w:rPr>
          <w:rFonts w:ascii="Times New Roman" w:hAnsi="Times New Roman" w:cs="Times New Roman"/>
          <w:sz w:val="32"/>
          <w:szCs w:val="32"/>
          <w:lang w:val="pl-PL"/>
        </w:rPr>
        <w:t xml:space="preserve"> – aktualizacja 202</w:t>
      </w:r>
      <w:r w:rsidR="00CB6133">
        <w:rPr>
          <w:rFonts w:ascii="Times New Roman" w:hAnsi="Times New Roman" w:cs="Times New Roman"/>
          <w:sz w:val="32"/>
          <w:szCs w:val="32"/>
          <w:lang w:val="pl-PL"/>
        </w:rPr>
        <w:t>6</w:t>
      </w:r>
      <w:r w:rsidRPr="00AD67DC">
        <w:rPr>
          <w:rFonts w:ascii="Times New Roman" w:hAnsi="Times New Roman" w:cs="Times New Roman"/>
          <w:sz w:val="32"/>
          <w:szCs w:val="32"/>
          <w:lang w:val="pl-PL"/>
        </w:rPr>
        <w:t>/202</w:t>
      </w:r>
      <w:r w:rsidR="00CB6133">
        <w:rPr>
          <w:rFonts w:ascii="Times New Roman" w:hAnsi="Times New Roman" w:cs="Times New Roman"/>
          <w:sz w:val="32"/>
          <w:szCs w:val="32"/>
          <w:lang w:val="pl-PL"/>
        </w:rPr>
        <w:t>7</w:t>
      </w:r>
    </w:p>
    <w:p w14:paraId="61D1B684" w14:textId="6C7D6019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Prosimy o wypełnienie wszystkich wymaganych pól </w:t>
      </w:r>
    </w:p>
    <w:p w14:paraId="5EE6A886" w14:textId="77777777" w:rsidR="00EF4D8B" w:rsidRDefault="00EF4D8B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4553C2B7" w14:textId="20DC9FBC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1. Adres e-mail</w:t>
      </w:r>
    </w:p>
    <w:p w14:paraId="3961BB60" w14:textId="03CC11FD" w:rsidR="00380504" w:rsidRPr="00AD67DC" w:rsidRDefault="00AD67DC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</w:t>
      </w:r>
    </w:p>
    <w:p w14:paraId="309D9016" w14:textId="3A99AA35" w:rsidR="00AD67DC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2. </w:t>
      </w:r>
      <w:r w:rsidR="00AD67DC">
        <w:rPr>
          <w:rFonts w:ascii="Times New Roman" w:hAnsi="Times New Roman" w:cs="Times New Roman"/>
          <w:sz w:val="24"/>
          <w:szCs w:val="24"/>
          <w:lang w:val="pl-PL"/>
        </w:rPr>
        <w:t>Zakreśl o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>dpowiedź: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Pani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Pan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Ksiądz proboszcz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Ksiądz wikariusz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Siostra zakonna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="00AD67DC"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="00AD67DC"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D67DC">
        <w:rPr>
          <w:rFonts w:ascii="Times New Roman" w:hAnsi="Times New Roman" w:cs="Times New Roman"/>
          <w:sz w:val="24"/>
          <w:szCs w:val="24"/>
          <w:lang w:val="pl-PL"/>
        </w:rPr>
        <w:t>Brat z</w:t>
      </w:r>
      <w:r w:rsidR="00AD67DC" w:rsidRPr="00AD67DC">
        <w:rPr>
          <w:rFonts w:ascii="Times New Roman" w:hAnsi="Times New Roman" w:cs="Times New Roman"/>
          <w:sz w:val="24"/>
          <w:szCs w:val="24"/>
          <w:lang w:val="pl-PL"/>
        </w:rPr>
        <w:t>akonny</w:t>
      </w:r>
      <w:r w:rsidR="00AD67DC" w:rsidRPr="00AD67DC">
        <w:rPr>
          <w:rFonts w:ascii="Segoe UI Symbol" w:hAnsi="Segoe UI Symbol" w:cs="Segoe UI Symbol"/>
          <w:sz w:val="24"/>
          <w:szCs w:val="24"/>
          <w:lang w:val="pl-PL"/>
        </w:rPr>
        <w:t xml:space="preserve"> </w:t>
      </w:r>
      <w:r w:rsidR="00AD67DC">
        <w:rPr>
          <w:rFonts w:ascii="Segoe UI Symbol" w:hAnsi="Segoe UI Symbol" w:cs="Segoe UI Symbol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Ojciec zakonny</w:t>
      </w:r>
      <w:r w:rsidR="00AD67DC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553F5FE5" w14:textId="34239317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3. Imię</w:t>
      </w:r>
    </w:p>
    <w:p w14:paraId="7B4EA928" w14:textId="52F3DA35" w:rsidR="00380504" w:rsidRPr="00AD67DC" w:rsidRDefault="00AD67DC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13BC62FD" w14:textId="53CE990B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4. Nazwisko</w:t>
      </w:r>
    </w:p>
    <w:p w14:paraId="3D2E3656" w14:textId="3399D849" w:rsidR="00380504" w:rsidRPr="00AD67DC" w:rsidRDefault="00AD67DC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30E76473" w14:textId="37D223F9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5. Data urodzenia</w:t>
      </w:r>
    </w:p>
    <w:p w14:paraId="38055623" w14:textId="1F0B4023" w:rsidR="00380504" w:rsidRPr="00AD67DC" w:rsidRDefault="00AD67DC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3FC645B2" w14:textId="62C7CA82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6. Wykształcenie</w:t>
      </w:r>
      <w:r w:rsidR="00EF4D8B">
        <w:rPr>
          <w:rFonts w:ascii="Times New Roman" w:hAnsi="Times New Roman" w:cs="Times New Roman"/>
          <w:sz w:val="24"/>
          <w:szCs w:val="24"/>
          <w:lang w:val="pl-PL"/>
        </w:rPr>
        <w:t xml:space="preserve"> katechetyczne 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Zaznacz tylko jedną odpowiedź: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brak</w:t>
      </w:r>
      <w:r w:rsidR="00EF4D8B">
        <w:rPr>
          <w:rFonts w:ascii="Times New Roman" w:hAnsi="Times New Roman" w:cs="Times New Roman"/>
          <w:sz w:val="24"/>
          <w:szCs w:val="24"/>
          <w:lang w:val="pl-PL"/>
        </w:rPr>
        <w:t xml:space="preserve"> tytułu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lic.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mgr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mgr lic.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dr</w:t>
      </w:r>
    </w:p>
    <w:p w14:paraId="346C945B" w14:textId="0DA8497F" w:rsidR="00380504" w:rsidRPr="00AD67DC" w:rsidRDefault="00380504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448446F8" w14:textId="390545C6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7. Rok uzyskania </w:t>
      </w:r>
    </w:p>
    <w:p w14:paraId="21A35EC1" w14:textId="1B0BC658" w:rsidR="00380504" w:rsidRPr="00AD67DC" w:rsidRDefault="00AD67DC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1376D09B" w14:textId="4CC73693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8. Rok rozpoczęcia pracy (katechetycznej)</w:t>
      </w:r>
    </w:p>
    <w:p w14:paraId="502D9084" w14:textId="76DCA375" w:rsidR="00380504" w:rsidRPr="00AD67DC" w:rsidRDefault="00AD67DC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7F0DF95B" w14:textId="1A52907A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9. Adres zamieszkania (ulica, miejscowość, kod pocztowy)</w:t>
      </w:r>
    </w:p>
    <w:p w14:paraId="56241D5B" w14:textId="4EA011B7" w:rsidR="00380504" w:rsidRDefault="00AD67DC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</w:t>
      </w:r>
      <w:r w:rsidR="00452375">
        <w:rPr>
          <w:rFonts w:ascii="Times New Roman" w:hAnsi="Times New Roman" w:cs="Times New Roman"/>
          <w:sz w:val="24"/>
          <w:szCs w:val="24"/>
          <w:lang w:val="pl-PL"/>
        </w:rPr>
        <w:t>………………….</w:t>
      </w:r>
      <w:r>
        <w:rPr>
          <w:rFonts w:ascii="Times New Roman" w:hAnsi="Times New Roman" w:cs="Times New Roman"/>
          <w:sz w:val="24"/>
          <w:szCs w:val="24"/>
          <w:lang w:val="pl-PL"/>
        </w:rPr>
        <w:t>…….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r w:rsidR="00452375">
        <w:rPr>
          <w:rFonts w:ascii="Times New Roman" w:hAnsi="Times New Roman" w:cs="Times New Roman"/>
          <w:sz w:val="24"/>
          <w:szCs w:val="24"/>
          <w:lang w:val="pl-PL"/>
        </w:rPr>
        <w:t>…………………….</w:t>
      </w:r>
      <w:r>
        <w:rPr>
          <w:rFonts w:ascii="Times New Roman" w:hAnsi="Times New Roman" w:cs="Times New Roman"/>
          <w:sz w:val="24"/>
          <w:szCs w:val="24"/>
          <w:lang w:val="pl-PL"/>
        </w:rPr>
        <w:t>…………….</w:t>
      </w:r>
    </w:p>
    <w:p w14:paraId="1B32EE28" w14:textId="77777777" w:rsidR="00452375" w:rsidRDefault="00452375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42870B4B" w14:textId="256E800B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lastRenderedPageBreak/>
        <w:t>10. Telefon kontaktowy</w:t>
      </w:r>
    </w:p>
    <w:p w14:paraId="51C910EA" w14:textId="0038A6AA" w:rsidR="00380504" w:rsidRPr="00AD67DC" w:rsidRDefault="00AD67DC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2168F5F2" w14:textId="77777777" w:rsidR="00943C6A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11. Stopień awansu zawodowego</w:t>
      </w:r>
    </w:p>
    <w:p w14:paraId="299AC497" w14:textId="530928A4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Zaznacz tylko jedną odpowiedź: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nauczyciel dyplomowany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nauczyciel mianowany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nauczyciel kontraktowy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nauczyciel początkujący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nieokreślony</w:t>
      </w:r>
    </w:p>
    <w:p w14:paraId="5F3CD01C" w14:textId="77777777" w:rsidR="00943C6A" w:rsidRDefault="00943C6A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60EC3C0A" w14:textId="6581437E" w:rsidR="00380504" w:rsidRP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12. Ilość placówek, w których pracuję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Zaznacz jedną odpowiedź: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1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2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3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4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39E33969" w14:textId="58A230C6" w:rsid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="00AD67DC">
        <w:rPr>
          <w:rFonts w:ascii="Times New Roman" w:hAnsi="Times New Roman" w:cs="Times New Roman"/>
          <w:sz w:val="24"/>
          <w:szCs w:val="24"/>
          <w:lang w:val="pl-PL"/>
        </w:rPr>
        <w:t xml:space="preserve">13. 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>Placówka 1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Nazwa przedszkola/szkoły, adres, e-mail</w:t>
      </w:r>
    </w:p>
    <w:p w14:paraId="562186D4" w14:textId="171B74DF" w:rsidR="00380504" w:rsidRPr="00AD67DC" w:rsidRDefault="00AD67DC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……………………………………………….…………………………………………………………………</w:t>
      </w:r>
      <w:r w:rsidR="00943C6A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……………………………………………….………………………………………………………………………………………………………………….…………………………………………………………………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Ilość godzin*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Parafia, na terenie której znajduje się placówka*</w:t>
      </w:r>
    </w:p>
    <w:p w14:paraId="5F3E45BC" w14:textId="4022D48A" w:rsidR="00380504" w:rsidRPr="00AD67DC" w:rsidRDefault="00943C6A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……………………………………………….………………………………………………………………………………………………………………….…………………………………………………………………</w:t>
      </w:r>
    </w:p>
    <w:p w14:paraId="6FBEC4C2" w14:textId="77777777" w:rsidR="00943C6A" w:rsidRDefault="00000000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Placówka 2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="00943C6A" w:rsidRPr="00AD67DC">
        <w:rPr>
          <w:rFonts w:ascii="Times New Roman" w:hAnsi="Times New Roman" w:cs="Times New Roman"/>
          <w:sz w:val="24"/>
          <w:szCs w:val="24"/>
          <w:lang w:val="pl-PL"/>
        </w:rPr>
        <w:t>Nazwa przedszkola/szkoły, adres, e-mail</w:t>
      </w:r>
    </w:p>
    <w:p w14:paraId="048F26EA" w14:textId="77777777" w:rsidR="00943C6A" w:rsidRPr="00AD67DC" w:rsidRDefault="00943C6A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Ilość godzin*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Parafia, na terenie której znajduje się placówka*</w:t>
      </w:r>
    </w:p>
    <w:p w14:paraId="70B7FF46" w14:textId="02D489CC" w:rsidR="00943C6A" w:rsidRPr="00AD67DC" w:rsidRDefault="00943C6A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……………………………………………….…………………………………………………………………</w:t>
      </w:r>
    </w:p>
    <w:p w14:paraId="4EC04836" w14:textId="134096C4" w:rsidR="00380504" w:rsidRPr="00AD67DC" w:rsidRDefault="00380504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D7D20EB" w14:textId="77777777" w:rsidR="00943C6A" w:rsidRDefault="00000000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Placówka 3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="00943C6A" w:rsidRPr="00AD67DC">
        <w:rPr>
          <w:rFonts w:ascii="Times New Roman" w:hAnsi="Times New Roman" w:cs="Times New Roman"/>
          <w:sz w:val="24"/>
          <w:szCs w:val="24"/>
          <w:lang w:val="pl-PL"/>
        </w:rPr>
        <w:t>Nazwa przedszkola/szkoły, adres, e-mail</w:t>
      </w:r>
    </w:p>
    <w:p w14:paraId="0464B782" w14:textId="77777777" w:rsidR="00943C6A" w:rsidRPr="00AD67DC" w:rsidRDefault="00943C6A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lastRenderedPageBreak/>
        <w:t>Ilość godzin*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Parafia, na terenie której znajduje się placówka*</w:t>
      </w:r>
    </w:p>
    <w:p w14:paraId="0E52FE2E" w14:textId="26E0AB6D" w:rsidR="00380504" w:rsidRDefault="00943C6A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……………………………………………….…………………………………………………………………</w:t>
      </w:r>
    </w:p>
    <w:p w14:paraId="432332B0" w14:textId="77777777" w:rsidR="00943C6A" w:rsidRDefault="00943C6A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4F03649C" w14:textId="77777777" w:rsidR="00943C6A" w:rsidRPr="00AD67DC" w:rsidRDefault="00943C6A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50378B97" w14:textId="4F6B4D12" w:rsidR="00943C6A" w:rsidRDefault="00943C6A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Placówka </w:t>
      </w:r>
      <w:r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Nazwa przedszkola/szkoły, adres, e-mail</w:t>
      </w:r>
    </w:p>
    <w:p w14:paraId="7DF2EE4D" w14:textId="77777777" w:rsidR="00943C6A" w:rsidRPr="00AD67DC" w:rsidRDefault="00943C6A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Ilość godzin*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  <w:t>Parafia, na terenie której znajduje się placówka*</w:t>
      </w:r>
    </w:p>
    <w:p w14:paraId="6BAD06FE" w14:textId="77777777" w:rsidR="00943C6A" w:rsidRDefault="00943C6A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……………………………………………….…………………………………………………………………</w:t>
      </w:r>
    </w:p>
    <w:p w14:paraId="4AF9A023" w14:textId="77777777" w:rsidR="00943C6A" w:rsidRPr="00AD67DC" w:rsidRDefault="00943C6A" w:rsidP="00943C6A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0FF0FD2B" w14:textId="77777777" w:rsidR="00AD67DC" w:rsidRDefault="00000000" w:rsidP="00EF4D8B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Klauzula RODO*</w:t>
      </w:r>
    </w:p>
    <w:p w14:paraId="61607532" w14:textId="77777777" w:rsidR="00AD67DC" w:rsidRDefault="00000000" w:rsidP="00EF4D8B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t>Zaznacz tylko jedną odpowiedź:</w:t>
      </w:r>
    </w:p>
    <w:p w14:paraId="7A2E18F3" w14:textId="1F3C5948" w:rsidR="00AD67DC" w:rsidRDefault="00000000" w:rsidP="00EF4D8B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Wyrażam zgodę na przetwarzanie moich danych osobowych w celu zaktualizowania bazy danych Wydziału Nauki i Wychowania Katolickiego Kurii Diecezjalnej w Zamościu. Przyjmuję do wiadomości,</w:t>
      </w:r>
      <w:r w:rsidR="00883ECF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>iż Administratorem danych osobowych jest Diecezja Zamojsko-Lubaczowska, ul. Hetmana Jana Zamoyskiego 1, 22-400 Zamość. Posiadam wiedzę, że podanie danych jest dobrowolne, jednak konieczne</w:t>
      </w:r>
      <w:r w:rsidR="00883ECF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>do realizacji celu, w jakim zostały zebrane.</w:t>
      </w:r>
    </w:p>
    <w:p w14:paraId="20EDEF6C" w14:textId="70975F40" w:rsidR="00380504" w:rsidRPr="00AD67DC" w:rsidRDefault="00000000" w:rsidP="00EF4D8B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D67D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D67DC">
        <w:rPr>
          <w:rFonts w:ascii="Times New Roman" w:hAnsi="Times New Roman" w:cs="Times New Roman"/>
          <w:sz w:val="24"/>
          <w:szCs w:val="24"/>
          <w:lang w:val="pl-PL"/>
        </w:rPr>
        <w:t xml:space="preserve"> Nie wyrażam zgody na przetwarzanie moich danych osobowych w celu zaktualizowania bazy danych WNiWK Kurii Diecezjalnej w Zamościu. Przyjmuję do wiadomości, iż Administratorem danych osobowych jest Diecezja Zamojsko-Lubaczowska, ul. Hetmana Jana Zamoyskiego 1, 22-400 Zamość. Posiadam wiedzę, że podanie danych jest dobrowolne, jednak konieczne do realizacji celu, w jakim zostały zebrane.</w:t>
      </w:r>
    </w:p>
    <w:p w14:paraId="519E641C" w14:textId="77CE8085" w:rsidR="00AD67DC" w:rsidRDefault="00000000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AD67DC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6DC7BAB0" w14:textId="77777777" w:rsidR="00883ECF" w:rsidRDefault="00883ECF" w:rsidP="00EF4D8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5B957E19" w14:textId="51DB10F6" w:rsidR="00AD67DC" w:rsidRDefault="00AD67DC" w:rsidP="00EF4D8B">
      <w:pPr>
        <w:spacing w:after="0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</w:t>
      </w:r>
    </w:p>
    <w:p w14:paraId="6306CB5D" w14:textId="141DC735" w:rsidR="00380504" w:rsidRPr="00AD67DC" w:rsidRDefault="00AD67DC" w:rsidP="00EF4D8B">
      <w:pPr>
        <w:spacing w:after="0"/>
        <w:ind w:left="4320" w:firstLine="72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Podpis katechety</w:t>
      </w:r>
    </w:p>
    <w:sectPr w:rsidR="00380504" w:rsidRPr="00AD67DC" w:rsidSect="00AD67DC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9.6pt;height:23.4pt" o:bullet="t">
        <v:imagedata r:id="rId1" o:title="clip_image003"/>
      </v:shape>
    </w:pict>
  </w:numPicBullet>
  <w:numPicBullet w:numPicBulletId="1">
    <w:pict>
      <v:shape id="_x0000_i1026" type="#_x0000_t75" style="width:39.6pt;height:22.8pt" o:bullet="t">
        <v:imagedata r:id="rId2" o:title="clip_image001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2294545">
    <w:abstractNumId w:val="8"/>
  </w:num>
  <w:num w:numId="2" w16cid:durableId="1800880056">
    <w:abstractNumId w:val="6"/>
  </w:num>
  <w:num w:numId="3" w16cid:durableId="235867062">
    <w:abstractNumId w:val="5"/>
  </w:num>
  <w:num w:numId="4" w16cid:durableId="1461922991">
    <w:abstractNumId w:val="4"/>
  </w:num>
  <w:num w:numId="5" w16cid:durableId="1776247841">
    <w:abstractNumId w:val="7"/>
  </w:num>
  <w:num w:numId="6" w16cid:durableId="288632575">
    <w:abstractNumId w:val="3"/>
  </w:num>
  <w:num w:numId="7" w16cid:durableId="1565263959">
    <w:abstractNumId w:val="2"/>
  </w:num>
  <w:num w:numId="8" w16cid:durableId="313461105">
    <w:abstractNumId w:val="1"/>
  </w:num>
  <w:num w:numId="9" w16cid:durableId="1186482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0504"/>
    <w:rsid w:val="00452375"/>
    <w:rsid w:val="00493F84"/>
    <w:rsid w:val="006550AB"/>
    <w:rsid w:val="00764C0A"/>
    <w:rsid w:val="0076535D"/>
    <w:rsid w:val="00883ECF"/>
    <w:rsid w:val="00943C6A"/>
    <w:rsid w:val="00990D57"/>
    <w:rsid w:val="00AA1D8D"/>
    <w:rsid w:val="00AD67DC"/>
    <w:rsid w:val="00B47730"/>
    <w:rsid w:val="00BA0129"/>
    <w:rsid w:val="00CB0664"/>
    <w:rsid w:val="00CB6133"/>
    <w:rsid w:val="00EF4D8B"/>
    <w:rsid w:val="00FC29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3E03EC"/>
  <w14:defaultImageDpi w14:val="300"/>
  <w15:docId w15:val="{28C720F0-B850-41ED-8887-107AF72D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Maciukiewicz</cp:lastModifiedBy>
  <cp:revision>3</cp:revision>
  <dcterms:created xsi:type="dcterms:W3CDTF">2025-08-07T21:39:00Z</dcterms:created>
  <dcterms:modified xsi:type="dcterms:W3CDTF">2026-08-19T19:14:00Z</dcterms:modified>
  <cp:category/>
</cp:coreProperties>
</file>